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קריאת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קריאה: ניחוש, שאלות מי-מה-מתי-איפה-למה,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מתוך כתבות חדשות ולהשתמש בהן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סיכום קצר ולהביע דעה מנומקת על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קוראים את הכותרת ומנחשים על מה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להתחבר לנושא ולהבין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מילים בעברית ובשפה האישית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מילים ושאלות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לנחש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עונים במשפטים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 התרגול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ניחוש מהכותרת -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 או קריאה של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מענה על שאלות מי-מה-מתי-איפה-למה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הכתבה בשלושה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(האדם או האנשים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קרה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(הזמן שבו קרה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(המקום שבו קרה האירוע)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בכתבה מסופר ש... (המשך לפי תוכן הכתבה שבחרו)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נכונה והתרגום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משקף את עיקר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רלוונטית לנושא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לבחור כתבה אחת משותפת לכל הכיתה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את הנושא למדינת המוצא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להתמקד בחלקים א-ב ולוותר על פריטי ה-skip_n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קריאת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הדרך הנכונה לקרוא כתבת חדשות בעברית קלה - לפני הקריאה, בזמן הקריאה ואחריה.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  ·  לנחש  ·  מתי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-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לפני שקוראים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את הכותרת ומנחשים על מה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מדלגים ישר לסוף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סוגרים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טוב לנחש מהכותרת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להתחבר לנושא ולהבין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לא לקרוא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אפשר לכתוב בטבלה 'מילים שאני מכיר/ה על הנושא'?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מילים בעברית ובשפה האישית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שמות ערים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- מילים ושאלות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להבין מילה חדשה, קודם מנסים __________ מהמשפט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השאלה 'מי?' עוזרת לדעת __________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השאלה 'מתי?' עוזרת לדעת __________ זה 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בטבלת מי-מה-מתי-איפה-למה עונים במשפטים ארוכים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כשיש משפט לא נכון, צריך לתקן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-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סיכום הכתבה בשלושה משפטים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מענה על שאלות מי-מה-מתי-איפה-למה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ניחוש מהכותרת - לפני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הקשבה או קריאה של הכתבה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קרה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שבו קרה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האדם או האנשים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הזמן שבו קרה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-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פתיחה לסיכום כתבה, לפי הדפוס: בכתבה מסופר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חדשה אחת מהכתבה ותרגום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שמסכם את 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קריאת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