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קריאת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אסטרטגיות קריאה: ניחוש, שאלות מי-מה-מתי-איפה-למה,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מתוך כתבות חדשות ולהשתמש בהן 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סיכום קצר ולהביע דעה מנומקת על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קוראים את הכותרת ומנחשים על מה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להתחבר לנושא ולהבין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מילים בעברית ובשפה האישית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פעמיים - פעם בלי טקסט ופעם עם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מילים ושאלות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לנחש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לנחש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עונים במשפטים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 התרגול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התרגילים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בכרטיס היציאה כן כותבים מילה חדשה ותרגום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ניחוש מהכותרת -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הקשבה או קריאה של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מענה על שאלות מי-מה-מתי-איפה-למה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 הכתבה בשלושה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דעה ונימוק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(האדם או האנשים בכתבה)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קרה בכתבה)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(הזמן שבו קרה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(המקום שבו קרה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(הסיבה לאירוע)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בכתבה מסופר ש... (המשך לפי תוכן הכתבה שבחרו)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לדעתי... כי... לכן...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נכונה והתרגום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משקף את עיקר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רלוונטית לנושא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לבחור כתבה אחת משותפת לכל הכיתה לפני תחילת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להשוות את הנושא למדינת המוצא 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להתמקד בחלקים א-ב ולוותר על פריטי ה-skip_n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קריאת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קוראים כתבה בעברית. יש שלושה שלבים: לפני, בזמן ואחרי הקריאה.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בעיתון או באתר חדשות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הקצר בראש הכתבה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ניחוש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יהיה, לפני שבודקים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מה מתי איפה 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חמש שאלות שעוזרות להבין 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את העיקר בקצרה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אני חושב/ת על הנושא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למה חושבים ככה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-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קודם, לפני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את הכותרת ומנחשים על מה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מדלגים ישר לסוף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סוגרים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מתרגמים את כל הכתבה מילה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מנחשים לפני שקוראים?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לסיים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להתחבר לנושא ולהבין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לקרוא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לכתוב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בטבלת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בעברית ובשפה האישית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שמות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פעלים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פעמים כדאי להקשיב?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 - פעם בלי טקסט ופעם עם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 ברציפות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פעם, רק לקרוא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- מילים ושאלות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להבין מילה חדשה, קודם מנסים __________ מהמשפט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השאלה 'מי?' עוזרת לדעת __________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השאלה 'מתי?' עוזרת לדעת __________ זה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השאלה 'איפה?' עוזרת לדעת __________ זה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שבוחרים 3 מילים חדשות, כותבים פירוש, תרגום ו__________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מותר להיעזר במילון, אבל קודם מנסים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בטבלת מי-מה-מתי-איפה-למה עונים במשפטים ארוכים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משפט לא נכון, צריך לתקן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בסעיף 'סדרו את האירועים' כותבים 4 דברים שקרו לפי הסדר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להמציא כותרת חדשה לכתבה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היציאה אין צורך לכתוב מילה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-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הכתבה בשלושה משפטים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דעה ונימוק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ניחוש מהכותרת - לפני הקריאה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או קריאה של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מענה על שאלות מי-מה-מתי-איפה-למה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קרה בכתבה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האדם או האנשים בכתבה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הסיבה לאירוע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הזמן שבו קרה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שבו קרה האירוע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-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לסיכום כתבה, לפי הדפוס: בכתבה מסופר 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דעה עם נימוק, לפי הדפוס: לדעתי...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חדשה אחת מהכתבה ותרגום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שמסכם את הכתבה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שעוד נשארה לכם על הנושא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– קריאת חדשות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