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– קריאת חדשות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אסטרטגיות קריאה: ניחוש, שאלות מי-מה-מתי-איפה-למה, וסדר 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מתוך כתבות חדשות ולהשתמש בהן במשפט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סיכום קצר ולהביע דעה מנומקת על 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- לפני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קוראים את הכותרת ומנחשים על מה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להתחבר לנושא ולהבין טוב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מילים בעברית ובשפה האישית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פעמיים - פעם בלי טקסט ופעם עם 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- מילים ושאלות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לנחש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לנחש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עונים במשפטים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בדף התרגול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מופיע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אחד התרגילים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בכרטיס היציאה כן כותבים מילה חדשה ותרגום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-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ניחוש מהכותרת - לפני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הקשבה או קריאה של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מענה על שאלות מי-מה-מתי-איפה-למה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סיכום הכתבה בשלושה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כתיבת דעה ונימוק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(האדם או האנשים בכתבה)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(מה קרה בכתבה)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(הזמן שבו קרה האירוע)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(המקום שבו קרה האירוע)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(הסיבה לאירוע)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ו׳ -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בכתבה מסופר ש... (המשך לפי תוכן הכתבה שבחרו)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לדעתי... כי... לכן...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נכונה והתרגום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משקף את עיקר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רלוונטית לנושא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לבחור כתבה אחת משותפת לכל הכיתה לפני תחילת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להשוות את הנושא למדינת המוצא שלהם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מומלץ להתמקד בחלקים א-ב ולוותר על פריטי ה-skip_n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– קריאת חדשות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הדרך הנכונה לקרוא כתבת חדשות בעברית קלה - לפני הקריאה, בזמן הקריאה ואחריה.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א׳ - לפני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לפני שקוראים 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קוראים את הכותרת ומנחשים על מה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מדלגים ישר לסוף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סוגרים את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מתרגמים את כל הכתבה מילה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טוב לנחש מהכותרת לפני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לסיים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להתחבר לנושא ולהבין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לא לקרוא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לכתוב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אפשר לכתוב בטבלה 'מילים שאני מכיר/ה על הנושא'?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מילים בעברית ובשפה האישית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שמות 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פעלים בעתיד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פעמים מומלץ להקשיב לכתבה?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פעמיים - פעם בלי טקסט ופעם עם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פעמים ברציפות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פעם, רק לקרוא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ב׳ - מילים ושאלות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להבין מילה חדשה, קודם מנסים __________ מהמשפט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השאלה 'מי?' עוזרת לדעת __________ בכתבה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השאלה 'מתי?' עוזרת לדעת __________ זה 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השאלה 'איפה?' עוזרת לדעת __________ זה 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שבוחרים 3 מילים חדשות, כותבים פירוש, תרגום ו__________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מותר להיעזר במילון, אבל קודם מנסים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ג׳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בטבלת מי-מה-מתי-איפה-למה עונים במשפטים ארוכים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כשיש משפט לא נכון, צריך לתקן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בסעיף 'סדרו את האירועים' כותבים 4 דברים שקרו לפי הסדר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להמציא כותרת חדשה לכתבה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 היציאה אין צורך לכתוב מילה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ד׳ -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מענה על שאלות מי-מה-מתי-איפה-למה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דעה ונימוק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ניחוש מהכותרת - לפני הקריאה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הקשבה או קריאה של הכתבה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הכתבה בשלושה משפטים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ה׳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המקום שבו קרה האירוע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הזמן שבו קרה האירוע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הסיבה לאירוע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איפה?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האדם או האנשים בכתבה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קרה בכתבה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ו׳ -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פתיחה לסיכום כתבה, לפי הדפוס: בכתבה מסופר ש...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דעה עם נימוק, לפי הדפוס: לדעתי... כי...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חדשה אחת מהכתבה ותרגום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שמסכם את הכתבה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שעוד נשארה לכם על הנושא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כתבה בשבוע – קריאת חדשות בעברית קלה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